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04C7E" w14:textId="5EADE8E3" w:rsidR="00FA68D0" w:rsidRPr="00416ACF" w:rsidRDefault="00737330">
      <w:pPr>
        <w:jc w:val="center"/>
        <w:rPr>
          <w:rFonts w:ascii="Arial" w:hAnsi="Arial" w:cs="Arial"/>
          <w:sz w:val="28"/>
          <w:szCs w:val="28"/>
          <w:u w:val="single"/>
        </w:rPr>
      </w:pPr>
      <w:r w:rsidRPr="00416ACF">
        <w:rPr>
          <w:rFonts w:ascii="Arial" w:hAnsi="Arial" w:cs="Arial"/>
          <w:b/>
          <w:sz w:val="28"/>
          <w:szCs w:val="28"/>
          <w:u w:val="single"/>
        </w:rPr>
        <w:t>Pride in Place Neighbourhood Board</w:t>
      </w:r>
      <w:r w:rsidR="00B02F32" w:rsidRPr="00416ACF">
        <w:rPr>
          <w:rFonts w:ascii="Arial" w:hAnsi="Arial" w:cs="Arial"/>
          <w:b/>
          <w:sz w:val="28"/>
          <w:szCs w:val="28"/>
          <w:u w:val="single"/>
        </w:rPr>
        <w:t xml:space="preserve">s – </w:t>
      </w:r>
      <w:r w:rsidRPr="00416ACF">
        <w:rPr>
          <w:rFonts w:ascii="Arial" w:hAnsi="Arial" w:cs="Arial"/>
          <w:b/>
          <w:sz w:val="28"/>
          <w:szCs w:val="28"/>
          <w:u w:val="single"/>
        </w:rPr>
        <w:br/>
        <w:t>Register of Interests</w:t>
      </w:r>
      <w:r w:rsidR="00B02F32" w:rsidRPr="00416ACF">
        <w:rPr>
          <w:rFonts w:ascii="Arial" w:hAnsi="Arial" w:cs="Arial"/>
          <w:b/>
          <w:sz w:val="28"/>
          <w:szCs w:val="28"/>
          <w:u w:val="single"/>
        </w:rPr>
        <w:t xml:space="preserve"> (Whitehouse)</w:t>
      </w:r>
    </w:p>
    <w:p w14:paraId="354F44FD" w14:textId="3D45178B" w:rsidR="00DE06E9" w:rsidRPr="00DE06E9" w:rsidRDefault="00DE06E9" w:rsidP="00DE06E9">
      <w:pPr>
        <w:rPr>
          <w:rFonts w:ascii="Arial" w:hAnsi="Arial" w:cs="Arial"/>
        </w:rPr>
      </w:pPr>
      <w:r w:rsidRPr="00DE06E9">
        <w:rPr>
          <w:rFonts w:ascii="Arial" w:hAnsi="Arial" w:cs="Arial"/>
        </w:rPr>
        <w:t>The register below has been completed following the submission of due diligence forms by each Board Member.</w:t>
      </w:r>
    </w:p>
    <w:p w14:paraId="73935B39" w14:textId="55660309" w:rsidR="00416ACF" w:rsidRPr="00BF2784" w:rsidRDefault="004D41CD" w:rsidP="00DE06E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Neighbourhood </w:t>
      </w:r>
      <w:r w:rsidR="00DE06E9" w:rsidRPr="00DE06E9">
        <w:rPr>
          <w:rFonts w:ascii="Arial" w:hAnsi="Arial" w:cs="Arial"/>
        </w:rPr>
        <w:t xml:space="preserve">Board </w:t>
      </w:r>
      <w:r>
        <w:rPr>
          <w:rFonts w:ascii="Arial" w:hAnsi="Arial" w:cs="Arial"/>
        </w:rPr>
        <w:t xml:space="preserve">must </w:t>
      </w:r>
      <w:r w:rsidR="00DE06E9" w:rsidRPr="00DE06E9">
        <w:rPr>
          <w:rFonts w:ascii="Arial" w:hAnsi="Arial" w:cs="Arial"/>
        </w:rPr>
        <w:t>complete and maintain this register</w:t>
      </w:r>
      <w:r w:rsidR="00DE06E9">
        <w:rPr>
          <w:rFonts w:ascii="Arial" w:hAnsi="Arial" w:cs="Arial"/>
        </w:rPr>
        <w:t xml:space="preserve"> in accordance with the </w:t>
      </w:r>
      <w:proofErr w:type="gramStart"/>
      <w:r w:rsidR="00DE06E9">
        <w:rPr>
          <w:rFonts w:ascii="Arial" w:hAnsi="Arial" w:cs="Arial"/>
        </w:rPr>
        <w:t>Conflict of Interest</w:t>
      </w:r>
      <w:proofErr w:type="gramEnd"/>
      <w:r w:rsidR="00DE06E9">
        <w:rPr>
          <w:rFonts w:ascii="Arial" w:hAnsi="Arial" w:cs="Arial"/>
        </w:rPr>
        <w:t xml:space="preserve"> Policy and Neighbourhood Board Member Code of Conduct.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"/>
        <w:gridCol w:w="1381"/>
        <w:gridCol w:w="1186"/>
        <w:gridCol w:w="1093"/>
        <w:gridCol w:w="1334"/>
        <w:gridCol w:w="937"/>
        <w:gridCol w:w="1142"/>
        <w:gridCol w:w="1741"/>
        <w:gridCol w:w="1125"/>
        <w:gridCol w:w="1017"/>
        <w:gridCol w:w="1048"/>
      </w:tblGrid>
      <w:tr w:rsidR="00ED5AEA" w:rsidRPr="00B81D8B" w14:paraId="75187E89" w14:textId="77777777" w:rsidTr="005A16A4">
        <w:tc>
          <w:tcPr>
            <w:tcW w:w="946" w:type="dxa"/>
          </w:tcPr>
          <w:p w14:paraId="56E186E7" w14:textId="313186FA" w:rsidR="00ED5AEA" w:rsidRPr="00B81D8B" w:rsidRDefault="00ED5AEA" w:rsidP="008D055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1381" w:type="dxa"/>
          </w:tcPr>
          <w:p w14:paraId="3A1D7D9D" w14:textId="6783ECB2" w:rsidR="00ED5AEA" w:rsidRPr="00B81D8B" w:rsidRDefault="00ED5AEA" w:rsidP="008D055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Employment</w:t>
            </w:r>
            <w:r w:rsidR="00980057" w:rsidRPr="00B81D8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/Paid Work</w:t>
            </w:r>
          </w:p>
        </w:tc>
        <w:tc>
          <w:tcPr>
            <w:tcW w:w="1186" w:type="dxa"/>
          </w:tcPr>
          <w:p w14:paraId="1868B44C" w14:textId="77777777" w:rsidR="00ED5AEA" w:rsidRPr="00B81D8B" w:rsidRDefault="00ED5AEA" w:rsidP="008D055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Trustee Roles</w:t>
            </w:r>
          </w:p>
        </w:tc>
        <w:tc>
          <w:tcPr>
            <w:tcW w:w="1093" w:type="dxa"/>
          </w:tcPr>
          <w:p w14:paraId="03D98D4C" w14:textId="4B1C5E60" w:rsidR="00ED5AEA" w:rsidRPr="00B81D8B" w:rsidRDefault="00ED5AEA" w:rsidP="008D055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Director</w:t>
            </w:r>
            <w:r w:rsidR="00980057"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ships</w:t>
            </w:r>
            <w:proofErr w:type="gramEnd"/>
          </w:p>
        </w:tc>
        <w:tc>
          <w:tcPr>
            <w:tcW w:w="1334" w:type="dxa"/>
          </w:tcPr>
          <w:p w14:paraId="4C0E4D3D" w14:textId="77777777" w:rsidR="00ED5AEA" w:rsidRPr="00B81D8B" w:rsidRDefault="00ED5AEA" w:rsidP="008D055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Voluntary Positions</w:t>
            </w:r>
          </w:p>
        </w:tc>
        <w:tc>
          <w:tcPr>
            <w:tcW w:w="937" w:type="dxa"/>
          </w:tcPr>
          <w:p w14:paraId="5BB5F294" w14:textId="77777777" w:rsidR="00ED5AEA" w:rsidRPr="00B81D8B" w:rsidRDefault="00ED5AEA" w:rsidP="008D055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Financial Interests</w:t>
            </w:r>
          </w:p>
        </w:tc>
        <w:tc>
          <w:tcPr>
            <w:tcW w:w="1142" w:type="dxa"/>
          </w:tcPr>
          <w:p w14:paraId="6E27F44D" w14:textId="5B061372" w:rsidR="00ED5AEA" w:rsidRPr="00B81D8B" w:rsidRDefault="00ED5AEA" w:rsidP="008D055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Related Party </w:t>
            </w:r>
            <w:r w:rsidR="00B75E0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Other </w:t>
            </w: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Interests</w:t>
            </w:r>
          </w:p>
        </w:tc>
        <w:tc>
          <w:tcPr>
            <w:tcW w:w="1741" w:type="dxa"/>
          </w:tcPr>
          <w:p w14:paraId="0DD41454" w14:textId="77777777" w:rsidR="00ED5AEA" w:rsidRPr="00B81D8B" w:rsidRDefault="00ED5AEA" w:rsidP="008D055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Political Interests</w:t>
            </w:r>
          </w:p>
        </w:tc>
        <w:tc>
          <w:tcPr>
            <w:tcW w:w="1125" w:type="dxa"/>
          </w:tcPr>
          <w:p w14:paraId="1C1C92CA" w14:textId="77777777" w:rsidR="00ED5AEA" w:rsidRPr="00B81D8B" w:rsidRDefault="00ED5AEA" w:rsidP="008D055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Gifts &amp; Hospitality (£50+)</w:t>
            </w:r>
          </w:p>
        </w:tc>
        <w:tc>
          <w:tcPr>
            <w:tcW w:w="1017" w:type="dxa"/>
          </w:tcPr>
          <w:p w14:paraId="0F3812AC" w14:textId="77777777" w:rsidR="00ED5AEA" w:rsidRPr="00B81D8B" w:rsidRDefault="00ED5AEA" w:rsidP="008D055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Date Declared</w:t>
            </w:r>
          </w:p>
        </w:tc>
        <w:tc>
          <w:tcPr>
            <w:tcW w:w="1048" w:type="dxa"/>
          </w:tcPr>
          <w:p w14:paraId="7531084E" w14:textId="77777777" w:rsidR="00ED5AEA" w:rsidRPr="00B81D8B" w:rsidRDefault="00ED5AEA" w:rsidP="008D055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1D8B">
              <w:rPr>
                <w:rFonts w:ascii="Arial" w:hAnsi="Arial" w:cs="Arial"/>
                <w:b/>
                <w:bCs/>
                <w:sz w:val="16"/>
                <w:szCs w:val="16"/>
              </w:rPr>
              <w:t>Last Updated</w:t>
            </w:r>
          </w:p>
        </w:tc>
      </w:tr>
      <w:tr w:rsidR="0046632A" w:rsidRPr="00B81D8B" w14:paraId="2D1ECD7C" w14:textId="77777777" w:rsidTr="005A16A4">
        <w:tc>
          <w:tcPr>
            <w:tcW w:w="946" w:type="dxa"/>
          </w:tcPr>
          <w:p w14:paraId="47BB44AE" w14:textId="187D3304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 xml:space="preserve">Jessica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Amy </w:t>
            </w: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March</w:t>
            </w:r>
          </w:p>
        </w:tc>
        <w:tc>
          <w:tcPr>
            <w:tcW w:w="1381" w:type="dxa"/>
          </w:tcPr>
          <w:p w14:paraId="10242FCF" w14:textId="2E852F82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Children and Young People's Information Officer, Mind</w:t>
            </w:r>
          </w:p>
        </w:tc>
        <w:tc>
          <w:tcPr>
            <w:tcW w:w="1186" w:type="dxa"/>
          </w:tcPr>
          <w:p w14:paraId="574ADA5C" w14:textId="257F94E8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271ACC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93" w:type="dxa"/>
          </w:tcPr>
          <w:p w14:paraId="6DA7E42B" w14:textId="1A27CC6B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977AF1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334" w:type="dxa"/>
          </w:tcPr>
          <w:p w14:paraId="5CE94346" w14:textId="0A04B7F9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</w:t>
            </w:r>
          </w:p>
        </w:tc>
        <w:tc>
          <w:tcPr>
            <w:tcW w:w="937" w:type="dxa"/>
          </w:tcPr>
          <w:p w14:paraId="7BC6C5CB" w14:textId="0DFE0931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4A2679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42" w:type="dxa"/>
          </w:tcPr>
          <w:p w14:paraId="139EF622" w14:textId="2B91602A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4A2679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741" w:type="dxa"/>
          </w:tcPr>
          <w:p w14:paraId="545533B8" w14:textId="678DE04D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25" w:type="dxa"/>
          </w:tcPr>
          <w:p w14:paraId="63ADEA9D" w14:textId="48E2D56B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17" w:type="dxa"/>
          </w:tcPr>
          <w:p w14:paraId="220E81E6" w14:textId="412255D8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25/06/2026</w:t>
            </w:r>
          </w:p>
        </w:tc>
        <w:tc>
          <w:tcPr>
            <w:tcW w:w="1048" w:type="dxa"/>
          </w:tcPr>
          <w:p w14:paraId="219A0782" w14:textId="5D440F7E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26/06/2026</w:t>
            </w:r>
          </w:p>
        </w:tc>
      </w:tr>
      <w:tr w:rsidR="00192B6D" w:rsidRPr="00B81D8B" w14:paraId="1C864765" w14:textId="77777777" w:rsidTr="005A16A4">
        <w:tc>
          <w:tcPr>
            <w:tcW w:w="946" w:type="dxa"/>
          </w:tcPr>
          <w:p w14:paraId="11BDDDEC" w14:textId="30535DDF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Isaac Turay</w:t>
            </w:r>
          </w:p>
        </w:tc>
        <w:tc>
          <w:tcPr>
            <w:tcW w:w="1381" w:type="dxa"/>
          </w:tcPr>
          <w:p w14:paraId="1EEA31A6" w14:textId="09450730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Manager, Castle Hill Community Centre</w:t>
            </w:r>
          </w:p>
        </w:tc>
        <w:tc>
          <w:tcPr>
            <w:tcW w:w="1186" w:type="dxa"/>
          </w:tcPr>
          <w:p w14:paraId="197F7012" w14:textId="197D99BB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271ACC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93" w:type="dxa"/>
          </w:tcPr>
          <w:p w14:paraId="48FB0FF2" w14:textId="5684690E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977AF1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334" w:type="dxa"/>
          </w:tcPr>
          <w:p w14:paraId="629F9399" w14:textId="752AF479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City of Culture Bid; 10 Year Culture &amp; Heritage Strategy for Ipswich</w:t>
            </w:r>
            <w:r w:rsidR="003D4F6B">
              <w:rPr>
                <w:rFonts w:ascii="Arial" w:hAnsi="Arial" w:cs="Arial"/>
                <w:sz w:val="16"/>
                <w:szCs w:val="16"/>
                <w:lang w:val="en-GB"/>
              </w:rPr>
              <w:t>; Presenter at Ipswich Community Radio</w:t>
            </w:r>
          </w:p>
        </w:tc>
        <w:tc>
          <w:tcPr>
            <w:tcW w:w="937" w:type="dxa"/>
          </w:tcPr>
          <w:p w14:paraId="1EEE48E0" w14:textId="2ACA904E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Branded clothing business</w:t>
            </w:r>
          </w:p>
        </w:tc>
        <w:tc>
          <w:tcPr>
            <w:tcW w:w="1142" w:type="dxa"/>
          </w:tcPr>
          <w:p w14:paraId="366E6941" w14:textId="63EF42C4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76702A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741" w:type="dxa"/>
          </w:tcPr>
          <w:p w14:paraId="44C8BF13" w14:textId="7D9E3348" w:rsidR="00192B6D" w:rsidRPr="00B81D8B" w:rsidRDefault="00D65E56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25" w:type="dxa"/>
          </w:tcPr>
          <w:p w14:paraId="64571B49" w14:textId="06FA4BEB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17" w:type="dxa"/>
          </w:tcPr>
          <w:p w14:paraId="7CBEA21F" w14:textId="4B3F26ED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13/07/2026</w:t>
            </w:r>
          </w:p>
        </w:tc>
        <w:tc>
          <w:tcPr>
            <w:tcW w:w="1048" w:type="dxa"/>
          </w:tcPr>
          <w:p w14:paraId="385E80F7" w14:textId="50C5208C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14/07/2026</w:t>
            </w:r>
          </w:p>
        </w:tc>
      </w:tr>
      <w:tr w:rsidR="0046632A" w:rsidRPr="00B81D8B" w14:paraId="03EFFA7E" w14:textId="77777777" w:rsidTr="005A16A4">
        <w:tc>
          <w:tcPr>
            <w:tcW w:w="946" w:type="dxa"/>
          </w:tcPr>
          <w:p w14:paraId="666DA1FD" w14:textId="0657BD36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Glen Chisholm</w:t>
            </w:r>
          </w:p>
        </w:tc>
        <w:tc>
          <w:tcPr>
            <w:tcW w:w="1381" w:type="dxa"/>
          </w:tcPr>
          <w:p w14:paraId="05006370" w14:textId="0B3F9683" w:rsidR="0046632A" w:rsidRPr="00B81D8B" w:rsidRDefault="00D86C3D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271ACC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86" w:type="dxa"/>
          </w:tcPr>
          <w:p w14:paraId="7AF36BAB" w14:textId="59E1F0FF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ISCRE</w:t>
            </w:r>
          </w:p>
        </w:tc>
        <w:tc>
          <w:tcPr>
            <w:tcW w:w="1093" w:type="dxa"/>
          </w:tcPr>
          <w:p w14:paraId="677670DC" w14:textId="30DB5351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334" w:type="dxa"/>
          </w:tcPr>
          <w:p w14:paraId="45D49DEF" w14:textId="23A2E62C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937" w:type="dxa"/>
          </w:tcPr>
          <w:p w14:paraId="08BBB6E4" w14:textId="4D8A8CF6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C6D5A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42" w:type="dxa"/>
          </w:tcPr>
          <w:p w14:paraId="2463ECDF" w14:textId="7AABFE5B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C6D5A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741" w:type="dxa"/>
          </w:tcPr>
          <w:p w14:paraId="2882E8A7" w14:textId="392F9010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Labour Party member; previous campaigning/elected involvement noted</w:t>
            </w:r>
          </w:p>
        </w:tc>
        <w:tc>
          <w:tcPr>
            <w:tcW w:w="1125" w:type="dxa"/>
          </w:tcPr>
          <w:p w14:paraId="412406A4" w14:textId="70B68648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17" w:type="dxa"/>
          </w:tcPr>
          <w:p w14:paraId="1E1F8F5B" w14:textId="254A7B82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30/07/2026</w:t>
            </w:r>
          </w:p>
        </w:tc>
        <w:tc>
          <w:tcPr>
            <w:tcW w:w="1048" w:type="dxa"/>
          </w:tcPr>
          <w:p w14:paraId="3BCB5E5D" w14:textId="3570EDBD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30/07/2026</w:t>
            </w:r>
          </w:p>
        </w:tc>
      </w:tr>
      <w:tr w:rsidR="00192B6D" w:rsidRPr="00B81D8B" w14:paraId="6264AD5E" w14:textId="77777777" w:rsidTr="005A16A4">
        <w:tc>
          <w:tcPr>
            <w:tcW w:w="946" w:type="dxa"/>
          </w:tcPr>
          <w:p w14:paraId="141D6C96" w14:textId="7656B1F5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Matthew Brian Mason</w:t>
            </w:r>
          </w:p>
        </w:tc>
        <w:tc>
          <w:tcPr>
            <w:tcW w:w="1381" w:type="dxa"/>
          </w:tcPr>
          <w:p w14:paraId="47DB7608" w14:textId="76F5FAB0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Community Inclusion Worker, Westbourne Academy</w:t>
            </w:r>
          </w:p>
        </w:tc>
        <w:tc>
          <w:tcPr>
            <w:tcW w:w="1186" w:type="dxa"/>
          </w:tcPr>
          <w:p w14:paraId="494BEBF2" w14:textId="559F2759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93" w:type="dxa"/>
          </w:tcPr>
          <w:p w14:paraId="00A770FE" w14:textId="55B57372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334" w:type="dxa"/>
          </w:tcPr>
          <w:p w14:paraId="32A67E17" w14:textId="2D1ACEC2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NEU Union Representative</w:t>
            </w:r>
          </w:p>
        </w:tc>
        <w:tc>
          <w:tcPr>
            <w:tcW w:w="937" w:type="dxa"/>
          </w:tcPr>
          <w:p w14:paraId="38400C94" w14:textId="4FACB266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47207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42" w:type="dxa"/>
          </w:tcPr>
          <w:p w14:paraId="0C2F4F0A" w14:textId="6B85CF7C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A0671A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741" w:type="dxa"/>
          </w:tcPr>
          <w:p w14:paraId="0DF7F685" w14:textId="0BA61DC9" w:rsidR="00192B6D" w:rsidRPr="00B81D8B" w:rsidRDefault="00331F5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25" w:type="dxa"/>
          </w:tcPr>
          <w:p w14:paraId="7CB91585" w14:textId="2A8A5A6D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17" w:type="dxa"/>
          </w:tcPr>
          <w:p w14:paraId="637B7AE9" w14:textId="18BBE197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30/06/2026</w:t>
            </w:r>
          </w:p>
        </w:tc>
        <w:tc>
          <w:tcPr>
            <w:tcW w:w="1048" w:type="dxa"/>
          </w:tcPr>
          <w:p w14:paraId="1327368E" w14:textId="7ACA1719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30/06/2026</w:t>
            </w:r>
          </w:p>
        </w:tc>
      </w:tr>
      <w:tr w:rsidR="00192B6D" w:rsidRPr="00B81D8B" w14:paraId="32353ED2" w14:textId="77777777" w:rsidTr="005A16A4">
        <w:tc>
          <w:tcPr>
            <w:tcW w:w="946" w:type="dxa"/>
          </w:tcPr>
          <w:p w14:paraId="4B5BC970" w14:textId="3C28C19E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Martin Higg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o</w:t>
            </w: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</w:t>
            </w:r>
          </w:p>
        </w:tc>
        <w:tc>
          <w:tcPr>
            <w:tcW w:w="1381" w:type="dxa"/>
          </w:tcPr>
          <w:p w14:paraId="1B4BA2CF" w14:textId="2FE0C345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Principal, Westbourne Academy</w:t>
            </w:r>
          </w:p>
        </w:tc>
        <w:tc>
          <w:tcPr>
            <w:tcW w:w="1186" w:type="dxa"/>
          </w:tcPr>
          <w:p w14:paraId="3FB19FDD" w14:textId="5CAFF9BE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93" w:type="dxa"/>
          </w:tcPr>
          <w:p w14:paraId="1C4EB1C3" w14:textId="660CD965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334" w:type="dxa"/>
          </w:tcPr>
          <w:p w14:paraId="12063C77" w14:textId="15FCDCB3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937" w:type="dxa"/>
          </w:tcPr>
          <w:p w14:paraId="144A64AB" w14:textId="7FF08247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47207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42" w:type="dxa"/>
          </w:tcPr>
          <w:p w14:paraId="0504B9E2" w14:textId="4AAD26B9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A0671A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741" w:type="dxa"/>
          </w:tcPr>
          <w:p w14:paraId="215BCAB3" w14:textId="46524178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Labour Party member</w:t>
            </w:r>
          </w:p>
        </w:tc>
        <w:tc>
          <w:tcPr>
            <w:tcW w:w="1125" w:type="dxa"/>
          </w:tcPr>
          <w:p w14:paraId="597C0653" w14:textId="5CA670C8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17" w:type="dxa"/>
          </w:tcPr>
          <w:p w14:paraId="060B7B11" w14:textId="7841A0D7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30/07/2026</w:t>
            </w:r>
          </w:p>
        </w:tc>
        <w:tc>
          <w:tcPr>
            <w:tcW w:w="1048" w:type="dxa"/>
          </w:tcPr>
          <w:p w14:paraId="017CF7A6" w14:textId="08C43F6F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30/07/2026</w:t>
            </w:r>
          </w:p>
        </w:tc>
      </w:tr>
      <w:tr w:rsidR="00980057" w:rsidRPr="00B81D8B" w14:paraId="030C261B" w14:textId="77777777" w:rsidTr="005A16A4">
        <w:tc>
          <w:tcPr>
            <w:tcW w:w="946" w:type="dxa"/>
          </w:tcPr>
          <w:p w14:paraId="3FB7DBE0" w14:textId="6BC24B61" w:rsidR="00980057" w:rsidRPr="00B81D8B" w:rsidRDefault="00980057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Mahmut Ozturk</w:t>
            </w:r>
          </w:p>
        </w:tc>
        <w:tc>
          <w:tcPr>
            <w:tcW w:w="1381" w:type="dxa"/>
          </w:tcPr>
          <w:p w14:paraId="0B7B00B3" w14:textId="17D2C213" w:rsidR="00980057" w:rsidRPr="00B81D8B" w:rsidRDefault="00980057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Owner, takeaway business</w:t>
            </w:r>
          </w:p>
        </w:tc>
        <w:tc>
          <w:tcPr>
            <w:tcW w:w="1186" w:type="dxa"/>
          </w:tcPr>
          <w:p w14:paraId="08D6866F" w14:textId="515C1EB3" w:rsidR="00980057" w:rsidRPr="00B81D8B" w:rsidRDefault="00980057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Suffolk H</w:t>
            </w:r>
            <w:r w:rsidR="00FE18B2">
              <w:rPr>
                <w:rFonts w:ascii="Arial" w:hAnsi="Arial" w:cs="Arial"/>
                <w:sz w:val="16"/>
                <w:szCs w:val="16"/>
                <w:lang w:val="en-GB"/>
              </w:rPr>
              <w:t>al</w:t>
            </w: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al Communities</w:t>
            </w:r>
          </w:p>
        </w:tc>
        <w:tc>
          <w:tcPr>
            <w:tcW w:w="1093" w:type="dxa"/>
          </w:tcPr>
          <w:p w14:paraId="28EFF4AB" w14:textId="4C42F1A2" w:rsidR="00980057" w:rsidRPr="00B81D8B" w:rsidRDefault="00980057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Whitehouse Kebab Ltd</w:t>
            </w:r>
          </w:p>
        </w:tc>
        <w:tc>
          <w:tcPr>
            <w:tcW w:w="1334" w:type="dxa"/>
          </w:tcPr>
          <w:p w14:paraId="1889FB45" w14:textId="3F3CA05B" w:rsidR="00980057" w:rsidRPr="00B81D8B" w:rsidRDefault="00980057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Community voluntary work</w:t>
            </w:r>
          </w:p>
        </w:tc>
        <w:tc>
          <w:tcPr>
            <w:tcW w:w="937" w:type="dxa"/>
          </w:tcPr>
          <w:p w14:paraId="007953EC" w14:textId="13E087FF" w:rsidR="00980057" w:rsidRPr="00B81D8B" w:rsidRDefault="00980057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42" w:type="dxa"/>
          </w:tcPr>
          <w:p w14:paraId="49952DA5" w14:textId="27CDF94F" w:rsidR="00980057" w:rsidRPr="00B81D8B" w:rsidRDefault="00980057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741" w:type="dxa"/>
          </w:tcPr>
          <w:p w14:paraId="7B04F386" w14:textId="3F9BF539" w:rsidR="00980057" w:rsidRPr="00B81D8B" w:rsidRDefault="00331F5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25" w:type="dxa"/>
          </w:tcPr>
          <w:p w14:paraId="07FF4628" w14:textId="358A9385" w:rsidR="00980057" w:rsidRPr="00B81D8B" w:rsidRDefault="00980057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17" w:type="dxa"/>
          </w:tcPr>
          <w:p w14:paraId="6733245A" w14:textId="204A3886" w:rsidR="00980057" w:rsidRPr="00B81D8B" w:rsidRDefault="00980057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30/07/2026</w:t>
            </w:r>
          </w:p>
        </w:tc>
        <w:tc>
          <w:tcPr>
            <w:tcW w:w="1048" w:type="dxa"/>
          </w:tcPr>
          <w:p w14:paraId="300676E6" w14:textId="5A673309" w:rsidR="00980057" w:rsidRPr="00B81D8B" w:rsidRDefault="00980057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30/07/2026</w:t>
            </w:r>
          </w:p>
        </w:tc>
      </w:tr>
      <w:tr w:rsidR="00192B6D" w:rsidRPr="00B81D8B" w14:paraId="30C2B4C6" w14:textId="77777777" w:rsidTr="005A16A4">
        <w:tc>
          <w:tcPr>
            <w:tcW w:w="946" w:type="dxa"/>
          </w:tcPr>
          <w:p w14:paraId="041E9767" w14:textId="6A499D2A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Sarah Battistetti</w:t>
            </w:r>
          </w:p>
        </w:tc>
        <w:tc>
          <w:tcPr>
            <w:tcW w:w="1381" w:type="dxa"/>
          </w:tcPr>
          <w:p w14:paraId="24A309BD" w14:textId="251F40AE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Director/Owner, Flying Horse Café &amp; Bar; Butterfly Childcare; Sole Trader Childminder</w:t>
            </w:r>
          </w:p>
        </w:tc>
        <w:tc>
          <w:tcPr>
            <w:tcW w:w="1186" w:type="dxa"/>
          </w:tcPr>
          <w:p w14:paraId="1DB94E6D" w14:textId="3B0126AF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93" w:type="dxa"/>
          </w:tcPr>
          <w:p w14:paraId="69026DB8" w14:textId="0AC1F3D5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Flying Horse Café &amp; Bar; Butterfly Childcare;</w:t>
            </w:r>
          </w:p>
        </w:tc>
        <w:tc>
          <w:tcPr>
            <w:tcW w:w="1334" w:type="dxa"/>
          </w:tcPr>
          <w:p w14:paraId="1D38244B" w14:textId="48555C60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937" w:type="dxa"/>
          </w:tcPr>
          <w:p w14:paraId="0DD51762" w14:textId="0DC5A39F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Flying Horse business interest</w:t>
            </w:r>
          </w:p>
        </w:tc>
        <w:tc>
          <w:tcPr>
            <w:tcW w:w="1142" w:type="dxa"/>
          </w:tcPr>
          <w:p w14:paraId="42EEBEAD" w14:textId="48D11331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283778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741" w:type="dxa"/>
          </w:tcPr>
          <w:p w14:paraId="5C15D5E7" w14:textId="3E8F0304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283778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25" w:type="dxa"/>
          </w:tcPr>
          <w:p w14:paraId="4CBBDDB4" w14:textId="49683176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17" w:type="dxa"/>
          </w:tcPr>
          <w:p w14:paraId="5E35139D" w14:textId="3D3E57E1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25/06/2026</w:t>
            </w:r>
          </w:p>
        </w:tc>
        <w:tc>
          <w:tcPr>
            <w:tcW w:w="1048" w:type="dxa"/>
          </w:tcPr>
          <w:p w14:paraId="353E43FB" w14:textId="1BBE2EAE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25/06/2026</w:t>
            </w:r>
          </w:p>
        </w:tc>
      </w:tr>
      <w:tr w:rsidR="00192B6D" w:rsidRPr="00B81D8B" w14:paraId="6DBC78BA" w14:textId="77777777" w:rsidTr="005A16A4">
        <w:tc>
          <w:tcPr>
            <w:tcW w:w="946" w:type="dxa"/>
          </w:tcPr>
          <w:p w14:paraId="389DD96F" w14:textId="6A1177D0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Natalie Irish</w:t>
            </w:r>
          </w:p>
        </w:tc>
        <w:tc>
          <w:tcPr>
            <w:tcW w:w="1381" w:type="dxa"/>
          </w:tcPr>
          <w:p w14:paraId="1AAB586F" w14:textId="3B2E6604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Principal Social Worker, Adult Social Care, London Borough of Enfield</w:t>
            </w:r>
          </w:p>
        </w:tc>
        <w:tc>
          <w:tcPr>
            <w:tcW w:w="1186" w:type="dxa"/>
          </w:tcPr>
          <w:p w14:paraId="3A6C5D63" w14:textId="7E0C802A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93" w:type="dxa"/>
          </w:tcPr>
          <w:p w14:paraId="6A47683E" w14:textId="409DCDDC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334" w:type="dxa"/>
          </w:tcPr>
          <w:p w14:paraId="50770517" w14:textId="2CE51385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937" w:type="dxa"/>
          </w:tcPr>
          <w:p w14:paraId="010B12C9" w14:textId="74C986E4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42" w:type="dxa"/>
          </w:tcPr>
          <w:p w14:paraId="20DC4AD0" w14:textId="2679EB89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283778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741" w:type="dxa"/>
          </w:tcPr>
          <w:p w14:paraId="3E2EE455" w14:textId="5DD25953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283778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25" w:type="dxa"/>
          </w:tcPr>
          <w:p w14:paraId="27FA5CE5" w14:textId="6636B9A6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17" w:type="dxa"/>
          </w:tcPr>
          <w:p w14:paraId="4ACA8E6A" w14:textId="5C7D0B9D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30/07/2026</w:t>
            </w:r>
          </w:p>
        </w:tc>
        <w:tc>
          <w:tcPr>
            <w:tcW w:w="1048" w:type="dxa"/>
          </w:tcPr>
          <w:p w14:paraId="57C64E73" w14:textId="44337EF8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30/07/2026</w:t>
            </w:r>
          </w:p>
        </w:tc>
      </w:tr>
      <w:tr w:rsidR="00192B6D" w:rsidRPr="00B81D8B" w14:paraId="63DEBE9D" w14:textId="77777777" w:rsidTr="005A16A4">
        <w:tc>
          <w:tcPr>
            <w:tcW w:w="946" w:type="dxa"/>
          </w:tcPr>
          <w:p w14:paraId="218D0AA7" w14:textId="069AD061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Sean Fountain</w:t>
            </w:r>
          </w:p>
        </w:tc>
        <w:tc>
          <w:tcPr>
            <w:tcW w:w="1381" w:type="dxa"/>
          </w:tcPr>
          <w:p w14:paraId="3ADE6A9B" w14:textId="7C38DC5F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Minister, Whitehouse Baptist Church</w:t>
            </w:r>
          </w:p>
        </w:tc>
        <w:tc>
          <w:tcPr>
            <w:tcW w:w="1186" w:type="dxa"/>
          </w:tcPr>
          <w:p w14:paraId="01AC9028" w14:textId="2C6B1F20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Trustee, Lincolnshire Family History Society</w:t>
            </w:r>
          </w:p>
        </w:tc>
        <w:tc>
          <w:tcPr>
            <w:tcW w:w="1093" w:type="dxa"/>
          </w:tcPr>
          <w:p w14:paraId="54230BD2" w14:textId="2495D6C8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Director, Highfields Nursery</w:t>
            </w:r>
          </w:p>
        </w:tc>
        <w:tc>
          <w:tcPr>
            <w:tcW w:w="1334" w:type="dxa"/>
          </w:tcPr>
          <w:p w14:paraId="5F896775" w14:textId="235D8D6D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School Governor (Whitehouse Primary); Volunteer, Friends of Whitehouse Park</w:t>
            </w:r>
          </w:p>
        </w:tc>
        <w:tc>
          <w:tcPr>
            <w:tcW w:w="937" w:type="dxa"/>
          </w:tcPr>
          <w:p w14:paraId="3552E120" w14:textId="30F7D49F" w:rsidR="00192B6D" w:rsidRPr="00B81D8B" w:rsidRDefault="00A330AF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42" w:type="dxa"/>
          </w:tcPr>
          <w:p w14:paraId="47935880" w14:textId="73B2C294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283778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741" w:type="dxa"/>
          </w:tcPr>
          <w:p w14:paraId="7AB6F219" w14:textId="10EA29E3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283778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25" w:type="dxa"/>
          </w:tcPr>
          <w:p w14:paraId="5772B3D9" w14:textId="4C77E141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17" w:type="dxa"/>
          </w:tcPr>
          <w:p w14:paraId="666A74F4" w14:textId="2E09476B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30/07/2026</w:t>
            </w:r>
          </w:p>
        </w:tc>
        <w:tc>
          <w:tcPr>
            <w:tcW w:w="1048" w:type="dxa"/>
          </w:tcPr>
          <w:p w14:paraId="1D15AEC7" w14:textId="35058E51" w:rsidR="00192B6D" w:rsidRPr="00B81D8B" w:rsidRDefault="00192B6D" w:rsidP="008D0555">
            <w:pPr>
              <w:rPr>
                <w:rFonts w:ascii="Arial" w:hAnsi="Arial" w:cs="Arial"/>
                <w:sz w:val="16"/>
                <w:szCs w:val="16"/>
              </w:rPr>
            </w:pPr>
            <w:r w:rsidRPr="00B81D8B">
              <w:rPr>
                <w:rFonts w:ascii="Arial" w:hAnsi="Arial" w:cs="Arial"/>
                <w:sz w:val="16"/>
                <w:szCs w:val="16"/>
                <w:lang w:val="en-GB"/>
              </w:rPr>
              <w:t>30/07/2026</w:t>
            </w:r>
          </w:p>
        </w:tc>
      </w:tr>
      <w:tr w:rsidR="0046632A" w:rsidRPr="00B81D8B" w14:paraId="15D18DBA" w14:textId="77777777" w:rsidTr="005A16A4">
        <w:tc>
          <w:tcPr>
            <w:tcW w:w="946" w:type="dxa"/>
          </w:tcPr>
          <w:p w14:paraId="4D024EF8" w14:textId="3A143D1C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Jannice Simpson</w:t>
            </w:r>
          </w:p>
        </w:tc>
        <w:tc>
          <w:tcPr>
            <w:tcW w:w="1381" w:type="dxa"/>
          </w:tcPr>
          <w:p w14:paraId="6C9C5343" w14:textId="493E129B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Manager, Highfield Children’s Centre</w:t>
            </w:r>
          </w:p>
        </w:tc>
        <w:tc>
          <w:tcPr>
            <w:tcW w:w="1186" w:type="dxa"/>
          </w:tcPr>
          <w:p w14:paraId="44332302" w14:textId="2254D7F3" w:rsidR="0046632A" w:rsidRPr="00B81D8B" w:rsidRDefault="00423E9C" w:rsidP="004663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71ACC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93" w:type="dxa"/>
          </w:tcPr>
          <w:p w14:paraId="78D2CC54" w14:textId="2894BCFD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Director, Highfield Daycare Company</w:t>
            </w:r>
          </w:p>
        </w:tc>
        <w:tc>
          <w:tcPr>
            <w:tcW w:w="1334" w:type="dxa"/>
          </w:tcPr>
          <w:p w14:paraId="49F5B318" w14:textId="19D28E78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Associate Governor at Highfield Nursery School and Children’s Centre</w:t>
            </w:r>
          </w:p>
        </w:tc>
        <w:tc>
          <w:tcPr>
            <w:tcW w:w="937" w:type="dxa"/>
          </w:tcPr>
          <w:p w14:paraId="71E46DDE" w14:textId="67ACDBA6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349A2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42" w:type="dxa"/>
          </w:tcPr>
          <w:p w14:paraId="6357C8CB" w14:textId="7FA68A1D" w:rsidR="0046632A" w:rsidRPr="00283778" w:rsidRDefault="0046632A" w:rsidP="004663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349A2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741" w:type="dxa"/>
          </w:tcPr>
          <w:p w14:paraId="39BF0A5C" w14:textId="330D66A8" w:rsidR="0046632A" w:rsidRPr="00283778" w:rsidRDefault="0046632A" w:rsidP="004663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349A2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25" w:type="dxa"/>
          </w:tcPr>
          <w:p w14:paraId="70FD3380" w14:textId="24281911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349A2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17" w:type="dxa"/>
          </w:tcPr>
          <w:p w14:paraId="3CADABAA" w14:textId="6F0F711C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11/08/2026</w:t>
            </w:r>
          </w:p>
        </w:tc>
        <w:tc>
          <w:tcPr>
            <w:tcW w:w="1048" w:type="dxa"/>
          </w:tcPr>
          <w:p w14:paraId="6D9F5D77" w14:textId="0C516F4F" w:rsidR="0046632A" w:rsidRPr="00B81D8B" w:rsidRDefault="0046632A" w:rsidP="004663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11/08/2026</w:t>
            </w:r>
          </w:p>
        </w:tc>
      </w:tr>
      <w:tr w:rsidR="00805C45" w:rsidRPr="00B81D8B" w14:paraId="7F5D7EF8" w14:textId="77777777" w:rsidTr="005A16A4">
        <w:tc>
          <w:tcPr>
            <w:tcW w:w="946" w:type="dxa"/>
          </w:tcPr>
          <w:p w14:paraId="75F7E7E3" w14:textId="7C0EBD07" w:rsidR="00805C45" w:rsidRDefault="00805C45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Jared Birt</w:t>
            </w:r>
          </w:p>
        </w:tc>
        <w:tc>
          <w:tcPr>
            <w:tcW w:w="1381" w:type="dxa"/>
          </w:tcPr>
          <w:p w14:paraId="4287F13E" w14:textId="05B68463" w:rsidR="00805C45" w:rsidRDefault="00805C45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Mental Health Nurse</w:t>
            </w:r>
          </w:p>
        </w:tc>
        <w:tc>
          <w:tcPr>
            <w:tcW w:w="1186" w:type="dxa"/>
          </w:tcPr>
          <w:p w14:paraId="743EA213" w14:textId="0B044A9C" w:rsidR="00805C45" w:rsidRPr="009349A2" w:rsidRDefault="00805C45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93" w:type="dxa"/>
          </w:tcPr>
          <w:p w14:paraId="21DCA8D7" w14:textId="64BE6129" w:rsidR="00805C45" w:rsidRPr="009349A2" w:rsidRDefault="00805C45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334" w:type="dxa"/>
          </w:tcPr>
          <w:p w14:paraId="2946165A" w14:textId="56A31B10" w:rsidR="00805C45" w:rsidRPr="0097216D" w:rsidRDefault="00805C45" w:rsidP="0084212D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None declared</w:t>
            </w:r>
          </w:p>
        </w:tc>
        <w:tc>
          <w:tcPr>
            <w:tcW w:w="937" w:type="dxa"/>
          </w:tcPr>
          <w:p w14:paraId="00D430CC" w14:textId="00DF3B8D" w:rsidR="00805C45" w:rsidRPr="009349A2" w:rsidRDefault="00805C45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42" w:type="dxa"/>
          </w:tcPr>
          <w:p w14:paraId="6760BB21" w14:textId="5A722E8F" w:rsidR="00805C45" w:rsidRPr="0097216D" w:rsidRDefault="00805C45" w:rsidP="00BB7CF0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None declared</w:t>
            </w:r>
          </w:p>
        </w:tc>
        <w:tc>
          <w:tcPr>
            <w:tcW w:w="1741" w:type="dxa"/>
          </w:tcPr>
          <w:p w14:paraId="04F7C399" w14:textId="25477392" w:rsidR="00805C45" w:rsidRDefault="00805C45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Member of the Green Party</w:t>
            </w:r>
          </w:p>
        </w:tc>
        <w:tc>
          <w:tcPr>
            <w:tcW w:w="1125" w:type="dxa"/>
          </w:tcPr>
          <w:p w14:paraId="30178506" w14:textId="6CA4250B" w:rsidR="00805C45" w:rsidRPr="009349A2" w:rsidRDefault="00805C45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17" w:type="dxa"/>
          </w:tcPr>
          <w:p w14:paraId="1156F2C0" w14:textId="6CBBB942" w:rsidR="00805C45" w:rsidRDefault="00260D27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15/09/2026</w:t>
            </w:r>
          </w:p>
        </w:tc>
        <w:tc>
          <w:tcPr>
            <w:tcW w:w="1048" w:type="dxa"/>
          </w:tcPr>
          <w:p w14:paraId="4FAB72BC" w14:textId="58C6BE07" w:rsidR="00805C45" w:rsidRDefault="00260D27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15/09/2026</w:t>
            </w:r>
          </w:p>
        </w:tc>
      </w:tr>
      <w:tr w:rsidR="0084212D" w:rsidRPr="00B81D8B" w14:paraId="376140E7" w14:textId="77777777" w:rsidTr="005A16A4">
        <w:tc>
          <w:tcPr>
            <w:tcW w:w="946" w:type="dxa"/>
          </w:tcPr>
          <w:p w14:paraId="41A224E7" w14:textId="70350E69" w:rsidR="0084212D" w:rsidRDefault="0084212D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Cllr Lucy Trenchard</w:t>
            </w:r>
          </w:p>
        </w:tc>
        <w:tc>
          <w:tcPr>
            <w:tcW w:w="1381" w:type="dxa"/>
          </w:tcPr>
          <w:p w14:paraId="046E859E" w14:textId="5C453D2A" w:rsidR="0084212D" w:rsidRDefault="0084212D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Ipswich Borough Councillor </w:t>
            </w:r>
          </w:p>
        </w:tc>
        <w:tc>
          <w:tcPr>
            <w:tcW w:w="1186" w:type="dxa"/>
          </w:tcPr>
          <w:p w14:paraId="1F08ADC1" w14:textId="2663138E" w:rsidR="0084212D" w:rsidRPr="00271ACC" w:rsidRDefault="0084212D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349A2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93" w:type="dxa"/>
          </w:tcPr>
          <w:p w14:paraId="2AFE9729" w14:textId="41F1E702" w:rsidR="0084212D" w:rsidRPr="0097216D" w:rsidRDefault="0084212D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349A2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334" w:type="dxa"/>
          </w:tcPr>
          <w:p w14:paraId="2FD32BCB" w14:textId="77777777" w:rsidR="0084212D" w:rsidRPr="0097216D" w:rsidRDefault="0084212D" w:rsidP="0084212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7216D">
              <w:rPr>
                <w:rFonts w:ascii="Arial" w:eastAsia="Arial" w:hAnsi="Arial" w:cs="Arial"/>
                <w:sz w:val="16"/>
                <w:szCs w:val="16"/>
              </w:rPr>
              <w:t>Observer representing IBC with 4YP</w:t>
            </w:r>
          </w:p>
          <w:p w14:paraId="5343E99B" w14:textId="08A4DEE9" w:rsidR="0084212D" w:rsidRPr="0097216D" w:rsidRDefault="0084212D" w:rsidP="0084212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7216D">
              <w:rPr>
                <w:rFonts w:ascii="Arial" w:eastAsia="Arial" w:hAnsi="Arial" w:cs="Arial"/>
                <w:sz w:val="16"/>
                <w:szCs w:val="16"/>
              </w:rPr>
              <w:t>Observer representing IBC with Greenways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; </w:t>
            </w:r>
          </w:p>
          <w:p w14:paraId="03F9D5C4" w14:textId="7444DF38" w:rsidR="0084212D" w:rsidRPr="0097216D" w:rsidRDefault="0084212D" w:rsidP="00BB7CF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</w:tcPr>
          <w:p w14:paraId="228A79D3" w14:textId="4F9C10E9" w:rsidR="0084212D" w:rsidRPr="009349A2" w:rsidRDefault="0084212D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349A2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142" w:type="dxa"/>
          </w:tcPr>
          <w:p w14:paraId="13A3A865" w14:textId="77777777" w:rsidR="00BB7CF0" w:rsidRPr="0097216D" w:rsidRDefault="00BB7CF0" w:rsidP="00BB7CF0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7216D">
              <w:rPr>
                <w:rFonts w:ascii="Arial" w:eastAsia="Arial" w:hAnsi="Arial" w:cs="Arial"/>
                <w:sz w:val="16"/>
                <w:szCs w:val="16"/>
              </w:rPr>
              <w:t>Member of Ipswich East Rotary Club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; </w:t>
            </w:r>
          </w:p>
          <w:p w14:paraId="11346D18" w14:textId="77777777" w:rsidR="00BB7CF0" w:rsidRPr="0097216D" w:rsidRDefault="00BB7CF0" w:rsidP="00BB7CF0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7216D">
              <w:rPr>
                <w:rFonts w:ascii="Arial" w:eastAsia="Arial" w:hAnsi="Arial" w:cs="Arial"/>
                <w:sz w:val="16"/>
                <w:szCs w:val="16"/>
              </w:rPr>
              <w:t>Member of Greenpeace</w:t>
            </w:r>
            <w:r>
              <w:rPr>
                <w:rFonts w:ascii="Arial" w:eastAsia="Arial" w:hAnsi="Arial" w:cs="Arial"/>
                <w:sz w:val="16"/>
                <w:szCs w:val="16"/>
              </w:rPr>
              <w:t>;</w:t>
            </w:r>
          </w:p>
          <w:p w14:paraId="2349EE0A" w14:textId="77777777" w:rsidR="00BB7CF0" w:rsidRPr="0097216D" w:rsidRDefault="00BB7CF0" w:rsidP="00BB7CF0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7216D">
              <w:rPr>
                <w:rFonts w:ascii="Arial" w:eastAsia="Arial" w:hAnsi="Arial" w:cs="Arial"/>
                <w:sz w:val="16"/>
                <w:szCs w:val="16"/>
              </w:rPr>
              <w:t>Member of Friends of the Earth</w:t>
            </w:r>
            <w:r>
              <w:rPr>
                <w:rFonts w:ascii="Arial" w:eastAsia="Arial" w:hAnsi="Arial" w:cs="Arial"/>
                <w:sz w:val="16"/>
                <w:szCs w:val="16"/>
              </w:rPr>
              <w:t>;</w:t>
            </w:r>
          </w:p>
          <w:p w14:paraId="663DB193" w14:textId="77777777" w:rsidR="00BB7CF0" w:rsidRPr="0097216D" w:rsidRDefault="00BB7CF0" w:rsidP="00BB7CF0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7216D">
              <w:rPr>
                <w:rFonts w:ascii="Arial" w:eastAsia="Arial" w:hAnsi="Arial" w:cs="Arial"/>
                <w:sz w:val="16"/>
                <w:szCs w:val="16"/>
              </w:rPr>
              <w:t>Member of the Fabian Society</w:t>
            </w:r>
            <w:r>
              <w:rPr>
                <w:rFonts w:ascii="Arial" w:eastAsia="Arial" w:hAnsi="Arial" w:cs="Arial"/>
                <w:sz w:val="16"/>
                <w:szCs w:val="16"/>
              </w:rPr>
              <w:t>;</w:t>
            </w:r>
          </w:p>
          <w:p w14:paraId="67D23A3A" w14:textId="77777777" w:rsidR="00BB7CF0" w:rsidRPr="0097216D" w:rsidRDefault="00BB7CF0" w:rsidP="00BB7CF0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7216D">
              <w:rPr>
                <w:rFonts w:ascii="Arial" w:eastAsia="Arial" w:hAnsi="Arial" w:cs="Arial"/>
                <w:sz w:val="16"/>
                <w:szCs w:val="16"/>
              </w:rPr>
              <w:t>Member of the Ipswich Society</w:t>
            </w:r>
            <w:r>
              <w:rPr>
                <w:rFonts w:ascii="Arial" w:eastAsia="Arial" w:hAnsi="Arial" w:cs="Arial"/>
                <w:sz w:val="16"/>
                <w:szCs w:val="16"/>
              </w:rPr>
              <w:t>;</w:t>
            </w:r>
          </w:p>
          <w:p w14:paraId="35706147" w14:textId="0710BD82" w:rsidR="0084212D" w:rsidRPr="009349A2" w:rsidRDefault="00BB7CF0" w:rsidP="00BB7CF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7216D">
              <w:rPr>
                <w:rFonts w:ascii="Arial" w:eastAsia="Arial" w:hAnsi="Arial" w:cs="Arial"/>
                <w:sz w:val="16"/>
                <w:szCs w:val="16"/>
              </w:rPr>
              <w:t>Member of the Unite Union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1741" w:type="dxa"/>
          </w:tcPr>
          <w:p w14:paraId="3350C187" w14:textId="4C513948" w:rsidR="0084212D" w:rsidRPr="009349A2" w:rsidRDefault="0084212D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Ipswich Borough Councillor. </w:t>
            </w:r>
            <w:r w:rsidR="009655F4">
              <w:rPr>
                <w:rFonts w:ascii="Arial" w:hAnsi="Arial" w:cs="Arial"/>
                <w:sz w:val="16"/>
                <w:szCs w:val="16"/>
                <w:lang w:val="en-GB"/>
              </w:rPr>
              <w:t xml:space="preserve">Member of the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Labour and Co-operative Party. </w:t>
            </w:r>
          </w:p>
        </w:tc>
        <w:tc>
          <w:tcPr>
            <w:tcW w:w="1125" w:type="dxa"/>
          </w:tcPr>
          <w:p w14:paraId="3C1D1EA0" w14:textId="39398263" w:rsidR="0084212D" w:rsidRPr="009349A2" w:rsidRDefault="0084212D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349A2">
              <w:rPr>
                <w:rFonts w:ascii="Arial" w:hAnsi="Arial" w:cs="Arial"/>
                <w:sz w:val="16"/>
                <w:szCs w:val="16"/>
                <w:lang w:val="en-GB"/>
              </w:rPr>
              <w:t>None declared</w:t>
            </w:r>
          </w:p>
        </w:tc>
        <w:tc>
          <w:tcPr>
            <w:tcW w:w="1017" w:type="dxa"/>
          </w:tcPr>
          <w:p w14:paraId="442CBE03" w14:textId="37E3CD20" w:rsidR="0084212D" w:rsidRDefault="0084212D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12/08/2026</w:t>
            </w:r>
          </w:p>
        </w:tc>
        <w:tc>
          <w:tcPr>
            <w:tcW w:w="1048" w:type="dxa"/>
          </w:tcPr>
          <w:p w14:paraId="0382436C" w14:textId="1078B12F" w:rsidR="0084212D" w:rsidRDefault="0084212D" w:rsidP="008421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12/08/2026</w:t>
            </w:r>
          </w:p>
        </w:tc>
      </w:tr>
    </w:tbl>
    <w:p w14:paraId="352851F6" w14:textId="77777777" w:rsidR="00EB5AD0" w:rsidRDefault="00EB5AD0"/>
    <w:sectPr w:rsidR="00EB5AD0" w:rsidSect="00ED5AEA">
      <w:headerReference w:type="default" r:id="rId11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13644" w14:textId="77777777" w:rsidR="00382988" w:rsidRDefault="00382988" w:rsidP="00B02F32">
      <w:pPr>
        <w:spacing w:after="0" w:line="240" w:lineRule="auto"/>
      </w:pPr>
      <w:r>
        <w:separator/>
      </w:r>
    </w:p>
  </w:endnote>
  <w:endnote w:type="continuationSeparator" w:id="0">
    <w:p w14:paraId="7C3F3E42" w14:textId="77777777" w:rsidR="00382988" w:rsidRDefault="00382988" w:rsidP="00B02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C3299" w14:textId="77777777" w:rsidR="00382988" w:rsidRDefault="00382988" w:rsidP="00B02F32">
      <w:pPr>
        <w:spacing w:after="0" w:line="240" w:lineRule="auto"/>
      </w:pPr>
      <w:r>
        <w:separator/>
      </w:r>
    </w:p>
  </w:footnote>
  <w:footnote w:type="continuationSeparator" w:id="0">
    <w:p w14:paraId="7797DEA9" w14:textId="77777777" w:rsidR="00382988" w:rsidRDefault="00382988" w:rsidP="00B02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90267" w14:textId="68B26916" w:rsidR="00B02F32" w:rsidRDefault="00B02F32" w:rsidP="00B02F32">
    <w:pPr>
      <w:pStyle w:val="Header"/>
      <w:jc w:val="center"/>
    </w:pPr>
    <w:r>
      <w:rPr>
        <w:noProof/>
      </w:rPr>
      <w:drawing>
        <wp:inline distT="0" distB="0" distL="0" distR="0" wp14:anchorId="24076FFB" wp14:editId="028CA569">
          <wp:extent cx="2668905" cy="534035"/>
          <wp:effectExtent l="0" t="0" r="0" b="0"/>
          <wp:docPr id="5266271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8905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5160353">
    <w:abstractNumId w:val="8"/>
  </w:num>
  <w:num w:numId="2" w16cid:durableId="2110998987">
    <w:abstractNumId w:val="6"/>
  </w:num>
  <w:num w:numId="3" w16cid:durableId="692459340">
    <w:abstractNumId w:val="5"/>
  </w:num>
  <w:num w:numId="4" w16cid:durableId="1572108910">
    <w:abstractNumId w:val="4"/>
  </w:num>
  <w:num w:numId="5" w16cid:durableId="1683242806">
    <w:abstractNumId w:val="7"/>
  </w:num>
  <w:num w:numId="6" w16cid:durableId="906459174">
    <w:abstractNumId w:val="3"/>
  </w:num>
  <w:num w:numId="7" w16cid:durableId="1291782010">
    <w:abstractNumId w:val="2"/>
  </w:num>
  <w:num w:numId="8" w16cid:durableId="1121997950">
    <w:abstractNumId w:val="1"/>
  </w:num>
  <w:num w:numId="9" w16cid:durableId="1833137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B78"/>
    <w:rsid w:val="0006063C"/>
    <w:rsid w:val="00096D3A"/>
    <w:rsid w:val="000B6052"/>
    <w:rsid w:val="0015074B"/>
    <w:rsid w:val="00192B6D"/>
    <w:rsid w:val="001B730B"/>
    <w:rsid w:val="001E3E63"/>
    <w:rsid w:val="00245121"/>
    <w:rsid w:val="002465D0"/>
    <w:rsid w:val="00260D27"/>
    <w:rsid w:val="00284552"/>
    <w:rsid w:val="0029639D"/>
    <w:rsid w:val="002A04C2"/>
    <w:rsid w:val="002E54A9"/>
    <w:rsid w:val="00301DEA"/>
    <w:rsid w:val="00326F90"/>
    <w:rsid w:val="00331F5D"/>
    <w:rsid w:val="00335350"/>
    <w:rsid w:val="00382988"/>
    <w:rsid w:val="003D4F6B"/>
    <w:rsid w:val="003E275D"/>
    <w:rsid w:val="00404665"/>
    <w:rsid w:val="00416ACF"/>
    <w:rsid w:val="00420C0B"/>
    <w:rsid w:val="00423E9C"/>
    <w:rsid w:val="00464695"/>
    <w:rsid w:val="0046632A"/>
    <w:rsid w:val="004D41CD"/>
    <w:rsid w:val="0053576F"/>
    <w:rsid w:val="00543F28"/>
    <w:rsid w:val="005A16A4"/>
    <w:rsid w:val="005A5DB8"/>
    <w:rsid w:val="005C5D2B"/>
    <w:rsid w:val="005D07E2"/>
    <w:rsid w:val="005D6FE9"/>
    <w:rsid w:val="006824B5"/>
    <w:rsid w:val="006E5D90"/>
    <w:rsid w:val="00737330"/>
    <w:rsid w:val="00737A91"/>
    <w:rsid w:val="007653BA"/>
    <w:rsid w:val="007C5884"/>
    <w:rsid w:val="007D3F6D"/>
    <w:rsid w:val="00805C45"/>
    <w:rsid w:val="0084212D"/>
    <w:rsid w:val="008D0555"/>
    <w:rsid w:val="009655F4"/>
    <w:rsid w:val="0097216D"/>
    <w:rsid w:val="00980057"/>
    <w:rsid w:val="00986C3A"/>
    <w:rsid w:val="009D1E44"/>
    <w:rsid w:val="009E5045"/>
    <w:rsid w:val="00A330AF"/>
    <w:rsid w:val="00A51E0F"/>
    <w:rsid w:val="00A8785B"/>
    <w:rsid w:val="00AA1D8D"/>
    <w:rsid w:val="00B02F32"/>
    <w:rsid w:val="00B47730"/>
    <w:rsid w:val="00B75E0B"/>
    <w:rsid w:val="00B81D8B"/>
    <w:rsid w:val="00B86F38"/>
    <w:rsid w:val="00BA275C"/>
    <w:rsid w:val="00BA6D6D"/>
    <w:rsid w:val="00BB7CF0"/>
    <w:rsid w:val="00BF2784"/>
    <w:rsid w:val="00C337BD"/>
    <w:rsid w:val="00CB0664"/>
    <w:rsid w:val="00CE52AB"/>
    <w:rsid w:val="00D15D59"/>
    <w:rsid w:val="00D356BB"/>
    <w:rsid w:val="00D4418E"/>
    <w:rsid w:val="00D65E56"/>
    <w:rsid w:val="00D86C3D"/>
    <w:rsid w:val="00DB794C"/>
    <w:rsid w:val="00DE06E9"/>
    <w:rsid w:val="00E354BB"/>
    <w:rsid w:val="00E566E6"/>
    <w:rsid w:val="00E74B2A"/>
    <w:rsid w:val="00E86C45"/>
    <w:rsid w:val="00EB49E1"/>
    <w:rsid w:val="00EB5AD0"/>
    <w:rsid w:val="00ED5AEA"/>
    <w:rsid w:val="00F1012D"/>
    <w:rsid w:val="00FA68D0"/>
    <w:rsid w:val="00FC693F"/>
    <w:rsid w:val="00FE18B2"/>
    <w:rsid w:val="00FE6804"/>
    <w:rsid w:val="4B9DC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6A5A481-854A-49E2-8724-A9915A66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A29960EBF0D4282557AF024CD42C6" ma:contentTypeVersion="10" ma:contentTypeDescription="Create a new document." ma:contentTypeScope="" ma:versionID="92ae335d402e1eb2d02fdfcdd5131f40">
  <xsd:schema xmlns:xsd="http://www.w3.org/2001/XMLSchema" xmlns:xs="http://www.w3.org/2001/XMLSchema" xmlns:p="http://schemas.microsoft.com/office/2006/metadata/properties" xmlns:ns2="8d5d02aa-5463-4e62-b561-590681e55f2b" xmlns:ns3="5942a369-869d-479c-8292-169120114f6c" targetNamespace="http://schemas.microsoft.com/office/2006/metadata/properties" ma:root="true" ma:fieldsID="0025d319197e5d3498dc52eae24a8467" ns2:_="" ns3:_="">
    <xsd:import namespace="8d5d02aa-5463-4e62-b561-590681e55f2b"/>
    <xsd:import namespace="5942a369-869d-479c-8292-169120114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d02aa-5463-4e62-b561-590681e55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f3ade10-0e10-4320-95f8-1cbb7cc30e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2a369-869d-479c-8292-169120114f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a9c7a7-e422-41f2-a800-3048f62c7cc4}" ma:internalName="TaxCatchAll" ma:showField="CatchAllData" ma:web="5942a369-869d-479c-8292-169120114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42a369-869d-479c-8292-169120114f6c" xsi:nil="true"/>
    <lcf76f155ced4ddcb4097134ff3c332f xmlns="8d5d02aa-5463-4e62-b561-590681e55f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EC0830-A694-4DDE-A60A-A30B34D760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26E24B-322E-4EA5-A153-1A01CED42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5d02aa-5463-4e62-b561-590681e55f2b"/>
    <ds:schemaRef ds:uri="5942a369-869d-479c-8292-169120114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E13CD7-7AB1-4938-B644-F6B5A1035F46}">
  <ds:schemaRefs>
    <ds:schemaRef ds:uri="http://schemas.microsoft.com/office/2006/metadata/properties"/>
    <ds:schemaRef ds:uri="http://schemas.microsoft.com/office/infopath/2007/PartnerControls"/>
    <ds:schemaRef ds:uri="5942a369-869d-479c-8292-169120114f6c"/>
    <ds:schemaRef ds:uri="8d5d02aa-5463-4e62-b561-590681e55f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Cooledge</dc:creator>
  <cp:keywords/>
  <dc:description>generated by python-docx</dc:description>
  <cp:lastModifiedBy>Laura Cooledge</cp:lastModifiedBy>
  <cp:revision>2</cp:revision>
  <cp:lastPrinted>2026-09-01T13:54:00Z</cp:lastPrinted>
  <dcterms:created xsi:type="dcterms:W3CDTF">2026-09-15T10:35:00Z</dcterms:created>
  <dcterms:modified xsi:type="dcterms:W3CDTF">2026-09-15T10:35:00Z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0x0101001B4A29960EBF0D4282557AF024CD42C6</vt:lpwstr>
  </property>
  <property fmtid="{D5CDD505-2E9C-101B-9397-08002B2CF9AE}" pid="3" name="MediaServiceImageTags">
    <vt:lpwstr/>
  </property>
</Properties>
</file>